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2BDA4" w14:textId="6FC823A7" w:rsidR="00992061" w:rsidRPr="000F7109" w:rsidRDefault="000F7109" w:rsidP="000F7109">
      <w:pPr>
        <w:pStyle w:val="a7"/>
        <w:jc w:val="center"/>
        <w:rPr>
          <w:b/>
          <w:bCs/>
          <w:lang w:val="el-GR" w:eastAsia="el-GR"/>
        </w:rPr>
      </w:pPr>
      <w:r w:rsidRPr="000F7109">
        <w:rPr>
          <w:b/>
          <w:bCs/>
          <w:lang w:val="el-GR" w:eastAsia="el-GR"/>
        </w:rPr>
        <w:t>ΔΕΗΣΕΙΣ</w:t>
      </w:r>
      <w:r w:rsidR="00992061" w:rsidRPr="000F7109">
        <w:rPr>
          <w:b/>
          <w:bCs/>
          <w:lang w:val="el-GR" w:eastAsia="el-GR"/>
        </w:rPr>
        <w:t xml:space="preserve"> ΤΩΝ ΠΙΣΤΩΝ</w:t>
      </w:r>
    </w:p>
    <w:p w14:paraId="1491E737" w14:textId="77777777" w:rsidR="00992061" w:rsidRPr="000F7109" w:rsidRDefault="00992061" w:rsidP="000F7109">
      <w:pPr>
        <w:pStyle w:val="a7"/>
        <w:jc w:val="center"/>
        <w:rPr>
          <w:b/>
          <w:bCs/>
          <w:sz w:val="36"/>
          <w:szCs w:val="36"/>
          <w:lang w:val="el-GR" w:eastAsia="el-GR"/>
        </w:rPr>
      </w:pPr>
      <w:r w:rsidRPr="000F7109">
        <w:rPr>
          <w:b/>
          <w:bCs/>
          <w:sz w:val="36"/>
          <w:szCs w:val="36"/>
          <w:lang w:val="el-GR" w:eastAsia="el-GR"/>
        </w:rPr>
        <w:t>ΓΙΑ ΤΗ ΘΕΙΑ ΛΕΙΤΟΥΡΓΙΑ ΤΗΣ</w:t>
      </w:r>
    </w:p>
    <w:p w14:paraId="3C5FEA05" w14:textId="77777777" w:rsidR="00992061" w:rsidRPr="000F7109" w:rsidRDefault="00992061" w:rsidP="000F7109">
      <w:pPr>
        <w:pStyle w:val="a7"/>
        <w:jc w:val="center"/>
        <w:rPr>
          <w:b/>
          <w:bCs/>
          <w:sz w:val="36"/>
          <w:szCs w:val="36"/>
          <w:lang w:val="el-GR" w:eastAsia="el-GR"/>
        </w:rPr>
      </w:pPr>
      <w:r w:rsidRPr="000F7109">
        <w:rPr>
          <w:b/>
          <w:bCs/>
          <w:sz w:val="36"/>
          <w:szCs w:val="36"/>
          <w:lang w:val="el-GR" w:eastAsia="el-GR"/>
        </w:rPr>
        <w:t>ΠΑΓΚΟΣΜΙΑΣ ΗΜΕΡΑΣ ΙΕΡΑΠΟΣΤΟΛΩΝ 2026</w:t>
      </w:r>
    </w:p>
    <w:p w14:paraId="46A18EC5" w14:textId="77777777" w:rsidR="00992061" w:rsidRPr="00992061" w:rsidRDefault="00992061" w:rsidP="00992061">
      <w:pPr>
        <w:spacing w:before="100" w:beforeAutospacing="1" w:after="100" w:afterAutospacing="1" w:line="240" w:lineRule="auto"/>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4"/>
          <w:szCs w:val="24"/>
          <w:lang w:val="el-GR" w:eastAsia="el-GR"/>
        </w:rPr>
        <w:t>18 Οκτωβρίου 2026</w:t>
      </w:r>
    </w:p>
    <w:p w14:paraId="3EEEE3F3" w14:textId="6C5572D5" w:rsidR="00992061" w:rsidRPr="00992061" w:rsidRDefault="00992061" w:rsidP="00992061">
      <w:pPr>
        <w:spacing w:before="100" w:beforeAutospacing="1" w:after="100" w:afterAutospacing="1" w:line="240" w:lineRule="auto"/>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4"/>
          <w:szCs w:val="24"/>
          <w:lang w:val="el-GR" w:eastAsia="el-GR"/>
        </w:rPr>
        <w:t>Ιερέας:</w:t>
      </w:r>
      <w:r w:rsidR="000F7109">
        <w:rPr>
          <w:rFonts w:ascii="Times New Roman" w:eastAsia="Times New Roman" w:hAnsi="Times New Roman" w:cs="Times New Roman"/>
          <w:b/>
          <w:bCs/>
          <w:sz w:val="24"/>
          <w:szCs w:val="24"/>
          <w:lang w:val="el-GR" w:eastAsia="el-GR"/>
        </w:rPr>
        <w:t xml:space="preserve"> </w:t>
      </w:r>
      <w:r w:rsidRPr="00992061">
        <w:rPr>
          <w:rFonts w:ascii="Times New Roman" w:eastAsia="Times New Roman" w:hAnsi="Times New Roman" w:cs="Times New Roman"/>
          <w:sz w:val="24"/>
          <w:szCs w:val="24"/>
          <w:lang w:val="el-GR" w:eastAsia="el-GR"/>
        </w:rPr>
        <w:t xml:space="preserve">Αδελφοί και αδελφές, καθώς εορτάζουμε την Παγκόσμια Ημέρα Ιεραποστολών και ευχαριστούμε τον Θεό για την αποστολή της Εκκλησίας στον κόσμο, ας απευθύνουμε με εμπιστοσύνη τις προσευχές μας στον </w:t>
      </w:r>
      <w:r w:rsidR="000F7109">
        <w:rPr>
          <w:rFonts w:ascii="Times New Roman" w:eastAsia="Times New Roman" w:hAnsi="Times New Roman" w:cs="Times New Roman"/>
          <w:sz w:val="24"/>
          <w:szCs w:val="24"/>
          <w:lang w:val="el-GR" w:eastAsia="el-GR"/>
        </w:rPr>
        <w:t>Ο</w:t>
      </w:r>
      <w:r w:rsidRPr="00992061">
        <w:rPr>
          <w:rFonts w:ascii="Times New Roman" w:eastAsia="Times New Roman" w:hAnsi="Times New Roman" w:cs="Times New Roman"/>
          <w:sz w:val="24"/>
          <w:szCs w:val="24"/>
          <w:lang w:val="el-GR" w:eastAsia="el-GR"/>
        </w:rPr>
        <w:t xml:space="preserve">υράνιο Πατέρα, ώστε όλοι οι </w:t>
      </w:r>
      <w:r w:rsidR="000F7109">
        <w:rPr>
          <w:rFonts w:ascii="Times New Roman" w:eastAsia="Times New Roman" w:hAnsi="Times New Roman" w:cs="Times New Roman"/>
          <w:sz w:val="24"/>
          <w:szCs w:val="24"/>
          <w:lang w:val="el-GR" w:eastAsia="el-GR"/>
        </w:rPr>
        <w:t>χ</w:t>
      </w:r>
      <w:r w:rsidRPr="00992061">
        <w:rPr>
          <w:rFonts w:ascii="Times New Roman" w:eastAsia="Times New Roman" w:hAnsi="Times New Roman" w:cs="Times New Roman"/>
          <w:sz w:val="24"/>
          <w:szCs w:val="24"/>
          <w:lang w:val="el-GR" w:eastAsia="el-GR"/>
        </w:rPr>
        <w:t>ριστιανοί να είναι ένα εν Χριστώ και, ενωμένοι, να συμμετέχουν στην αποστολή της αγάπης και της αναγγελίας του Ευαγγελίου.</w:t>
      </w:r>
    </w:p>
    <w:p w14:paraId="6DABA695" w14:textId="5A4D39F4" w:rsidR="00992061" w:rsidRPr="00992061" w:rsidRDefault="00992061" w:rsidP="000F7109">
      <w:pPr>
        <w:spacing w:before="100" w:beforeAutospacing="1" w:after="100" w:afterAutospacing="1" w:line="240" w:lineRule="auto"/>
        <w:jc w:val="center"/>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4"/>
          <w:szCs w:val="24"/>
          <w:lang w:val="el-GR" w:eastAsia="el-GR"/>
        </w:rPr>
        <w:t>Κύριε, άκουσε την προσευχή μας.</w:t>
      </w:r>
    </w:p>
    <w:p w14:paraId="64D44763" w14:textId="623E02D3" w:rsidR="00992061" w:rsidRPr="00992061" w:rsidRDefault="00992061" w:rsidP="000F7109">
      <w:pPr>
        <w:spacing w:before="100" w:beforeAutospacing="1" w:after="100" w:afterAutospacing="1" w:line="240" w:lineRule="auto"/>
        <w:outlineLvl w:val="2"/>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7"/>
          <w:szCs w:val="27"/>
          <w:lang w:val="el-GR" w:eastAsia="el-GR"/>
        </w:rPr>
        <w:t>1.</w:t>
      </w:r>
      <w:r w:rsidR="000F7109">
        <w:rPr>
          <w:rFonts w:ascii="Times New Roman" w:eastAsia="Times New Roman" w:hAnsi="Times New Roman" w:cs="Times New Roman"/>
          <w:b/>
          <w:bCs/>
          <w:sz w:val="27"/>
          <w:szCs w:val="27"/>
          <w:lang w:val="el-GR" w:eastAsia="el-GR"/>
        </w:rPr>
        <w:t xml:space="preserve"> </w:t>
      </w:r>
      <w:r w:rsidR="00047AD9">
        <w:rPr>
          <w:rFonts w:ascii="Times New Roman" w:eastAsia="Times New Roman" w:hAnsi="Times New Roman" w:cs="Times New Roman"/>
          <w:sz w:val="24"/>
          <w:szCs w:val="24"/>
          <w:lang w:val="el-GR" w:eastAsia="el-GR"/>
        </w:rPr>
        <w:t>Γ</w:t>
      </w:r>
      <w:r w:rsidRPr="00992061">
        <w:rPr>
          <w:rFonts w:ascii="Times New Roman" w:eastAsia="Times New Roman" w:hAnsi="Times New Roman" w:cs="Times New Roman"/>
          <w:sz w:val="24"/>
          <w:szCs w:val="24"/>
          <w:lang w:val="el-GR" w:eastAsia="el-GR"/>
        </w:rPr>
        <w:t>ια την Αγία Εκκλησία, ώστε, καθοδηγούμενη από το Άγιο Πνεύμα, να αυξάνεται ολοένα περισσότερο στην ενότητα και να αναγγέλλει με θάρρος το Ευαγγέλιο του Χριστού σε όλα τα έθνη.</w:t>
      </w:r>
      <w:r w:rsidR="00047AD9" w:rsidRPr="00047AD9">
        <w:rPr>
          <w:rFonts w:ascii="Times New Roman" w:eastAsia="Times New Roman" w:hAnsi="Times New Roman" w:cs="Times New Roman"/>
          <w:sz w:val="24"/>
          <w:szCs w:val="24"/>
          <w:lang w:val="el-GR" w:eastAsia="el-GR"/>
        </w:rPr>
        <w:t xml:space="preserve"> </w:t>
      </w:r>
      <w:r w:rsidR="00047AD9" w:rsidRPr="00992061">
        <w:rPr>
          <w:rFonts w:ascii="Times New Roman" w:eastAsia="Times New Roman" w:hAnsi="Times New Roman" w:cs="Times New Roman"/>
          <w:sz w:val="24"/>
          <w:szCs w:val="24"/>
          <w:lang w:val="el-GR" w:eastAsia="el-GR"/>
        </w:rPr>
        <w:t>Ας προσευχηθούμε</w:t>
      </w:r>
    </w:p>
    <w:p w14:paraId="3FF9054E" w14:textId="54E85582" w:rsidR="00992061" w:rsidRPr="00992061" w:rsidRDefault="00992061" w:rsidP="00047AD9">
      <w:pPr>
        <w:spacing w:before="100" w:beforeAutospacing="1" w:after="100" w:afterAutospacing="1" w:line="240" w:lineRule="auto"/>
        <w:outlineLvl w:val="2"/>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7"/>
          <w:szCs w:val="27"/>
          <w:lang w:val="el-GR" w:eastAsia="el-GR"/>
        </w:rPr>
        <w:t>2.</w:t>
      </w:r>
      <w:r w:rsidR="00047AD9">
        <w:rPr>
          <w:rFonts w:ascii="Times New Roman" w:eastAsia="Times New Roman" w:hAnsi="Times New Roman" w:cs="Times New Roman"/>
          <w:b/>
          <w:bCs/>
          <w:sz w:val="27"/>
          <w:szCs w:val="27"/>
          <w:lang w:val="el-GR" w:eastAsia="el-GR"/>
        </w:rPr>
        <w:t xml:space="preserve"> </w:t>
      </w:r>
      <w:r w:rsidR="00047AD9">
        <w:rPr>
          <w:rFonts w:ascii="Times New Roman" w:eastAsia="Times New Roman" w:hAnsi="Times New Roman" w:cs="Times New Roman"/>
          <w:sz w:val="24"/>
          <w:szCs w:val="24"/>
          <w:lang w:val="el-GR" w:eastAsia="el-GR"/>
        </w:rPr>
        <w:t>Γ</w:t>
      </w:r>
      <w:r w:rsidR="00047AD9" w:rsidRPr="00992061">
        <w:rPr>
          <w:rFonts w:ascii="Times New Roman" w:eastAsia="Times New Roman" w:hAnsi="Times New Roman" w:cs="Times New Roman"/>
          <w:sz w:val="24"/>
          <w:szCs w:val="24"/>
          <w:lang w:val="el-GR" w:eastAsia="el-GR"/>
        </w:rPr>
        <w:t xml:space="preserve">ια </w:t>
      </w:r>
      <w:r w:rsidRPr="00992061">
        <w:rPr>
          <w:rFonts w:ascii="Times New Roman" w:eastAsia="Times New Roman" w:hAnsi="Times New Roman" w:cs="Times New Roman"/>
          <w:sz w:val="24"/>
          <w:szCs w:val="24"/>
          <w:lang w:val="el-GR" w:eastAsia="el-GR"/>
        </w:rPr>
        <w:t>τον Πάπα Λέοντα, για όλους τους Επισκόπους και τους Ιερείς, για τους μοναχούς και τις μοναχές, καθώς και για όλους τους Ιεραποστόλους, ώστε ο Κύριος να ενισχύει τον ζήλο τους και να τους χαρίζει τη χαρά να γίνονται μάρτυρες της αγάπης του Θεού, ακόμη και μέσα στις πιο δύσκολες περιστάσεις.</w:t>
      </w:r>
      <w:r w:rsidR="00047AD9" w:rsidRPr="00047AD9">
        <w:rPr>
          <w:rFonts w:ascii="Times New Roman" w:eastAsia="Times New Roman" w:hAnsi="Times New Roman" w:cs="Times New Roman"/>
          <w:sz w:val="24"/>
          <w:szCs w:val="24"/>
          <w:lang w:val="el-GR" w:eastAsia="el-GR"/>
        </w:rPr>
        <w:t xml:space="preserve"> </w:t>
      </w:r>
      <w:r w:rsidR="00047AD9" w:rsidRPr="00992061">
        <w:rPr>
          <w:rFonts w:ascii="Times New Roman" w:eastAsia="Times New Roman" w:hAnsi="Times New Roman" w:cs="Times New Roman"/>
          <w:sz w:val="24"/>
          <w:szCs w:val="24"/>
          <w:lang w:val="el-GR" w:eastAsia="el-GR"/>
        </w:rPr>
        <w:t>Ας προσευχηθούμε</w:t>
      </w:r>
    </w:p>
    <w:p w14:paraId="1F997A7C" w14:textId="4A339F02" w:rsidR="00992061" w:rsidRPr="00992061" w:rsidRDefault="00992061" w:rsidP="00047AD9">
      <w:pPr>
        <w:spacing w:before="100" w:beforeAutospacing="1" w:after="100" w:afterAutospacing="1" w:line="240" w:lineRule="auto"/>
        <w:outlineLvl w:val="2"/>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7"/>
          <w:szCs w:val="27"/>
          <w:lang w:val="el-GR" w:eastAsia="el-GR"/>
        </w:rPr>
        <w:t>3.</w:t>
      </w:r>
      <w:r w:rsidR="00047AD9">
        <w:rPr>
          <w:rFonts w:ascii="Times New Roman" w:eastAsia="Times New Roman" w:hAnsi="Times New Roman" w:cs="Times New Roman"/>
          <w:b/>
          <w:bCs/>
          <w:sz w:val="27"/>
          <w:szCs w:val="27"/>
          <w:lang w:val="el-GR" w:eastAsia="el-GR"/>
        </w:rPr>
        <w:t xml:space="preserve"> </w:t>
      </w:r>
      <w:r w:rsidR="00047AD9">
        <w:rPr>
          <w:rFonts w:ascii="Times New Roman" w:eastAsia="Times New Roman" w:hAnsi="Times New Roman" w:cs="Times New Roman"/>
          <w:sz w:val="24"/>
          <w:szCs w:val="24"/>
          <w:lang w:val="el-GR" w:eastAsia="el-GR"/>
        </w:rPr>
        <w:t>Γ</w:t>
      </w:r>
      <w:r w:rsidR="00047AD9" w:rsidRPr="00992061">
        <w:rPr>
          <w:rFonts w:ascii="Times New Roman" w:eastAsia="Times New Roman" w:hAnsi="Times New Roman" w:cs="Times New Roman"/>
          <w:sz w:val="24"/>
          <w:szCs w:val="24"/>
          <w:lang w:val="el-GR" w:eastAsia="el-GR"/>
        </w:rPr>
        <w:t xml:space="preserve">ια </w:t>
      </w:r>
      <w:r w:rsidRPr="00992061">
        <w:rPr>
          <w:rFonts w:ascii="Times New Roman" w:eastAsia="Times New Roman" w:hAnsi="Times New Roman" w:cs="Times New Roman"/>
          <w:sz w:val="24"/>
          <w:szCs w:val="24"/>
          <w:lang w:val="el-GR" w:eastAsia="el-GR"/>
        </w:rPr>
        <w:t>τις χριστιανικές κοινότητες σε ολόκληρο τον κόσμο, ώστε να είναι σημεία συμφιλίωσης, αδελφοσύνης και ειρήνης για την ανθρωπότητα και, μέσα από τη μαρτυρία τους, ο κόσμος να πιστέψει στον Χριστό.</w:t>
      </w:r>
      <w:r w:rsidR="00047AD9" w:rsidRPr="00047AD9">
        <w:rPr>
          <w:rFonts w:ascii="Times New Roman" w:eastAsia="Times New Roman" w:hAnsi="Times New Roman" w:cs="Times New Roman"/>
          <w:sz w:val="24"/>
          <w:szCs w:val="24"/>
          <w:lang w:val="el-GR" w:eastAsia="el-GR"/>
        </w:rPr>
        <w:t xml:space="preserve"> </w:t>
      </w:r>
      <w:r w:rsidR="00047AD9" w:rsidRPr="00992061">
        <w:rPr>
          <w:rFonts w:ascii="Times New Roman" w:eastAsia="Times New Roman" w:hAnsi="Times New Roman" w:cs="Times New Roman"/>
          <w:sz w:val="24"/>
          <w:szCs w:val="24"/>
          <w:lang w:val="el-GR" w:eastAsia="el-GR"/>
        </w:rPr>
        <w:t>Ας προσευχηθούμε</w:t>
      </w:r>
    </w:p>
    <w:p w14:paraId="66F7D875" w14:textId="61312063" w:rsidR="00992061" w:rsidRPr="00992061" w:rsidRDefault="00992061" w:rsidP="00047AD9">
      <w:pPr>
        <w:spacing w:before="100" w:beforeAutospacing="1" w:after="100" w:afterAutospacing="1" w:line="240" w:lineRule="auto"/>
        <w:outlineLvl w:val="2"/>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7"/>
          <w:szCs w:val="27"/>
          <w:lang w:val="el-GR" w:eastAsia="el-GR"/>
        </w:rPr>
        <w:t>4.</w:t>
      </w:r>
      <w:r w:rsidR="00047AD9">
        <w:rPr>
          <w:rFonts w:ascii="Times New Roman" w:eastAsia="Times New Roman" w:hAnsi="Times New Roman" w:cs="Times New Roman"/>
          <w:b/>
          <w:bCs/>
          <w:sz w:val="27"/>
          <w:szCs w:val="27"/>
          <w:lang w:val="el-GR" w:eastAsia="el-GR"/>
        </w:rPr>
        <w:t xml:space="preserve"> </w:t>
      </w:r>
      <w:r w:rsidR="00047AD9">
        <w:rPr>
          <w:rFonts w:ascii="Times New Roman" w:eastAsia="Times New Roman" w:hAnsi="Times New Roman" w:cs="Times New Roman"/>
          <w:sz w:val="24"/>
          <w:szCs w:val="24"/>
          <w:lang w:val="el-GR" w:eastAsia="el-GR"/>
        </w:rPr>
        <w:t>Γ</w:t>
      </w:r>
      <w:r w:rsidR="00047AD9" w:rsidRPr="00992061">
        <w:rPr>
          <w:rFonts w:ascii="Times New Roman" w:eastAsia="Times New Roman" w:hAnsi="Times New Roman" w:cs="Times New Roman"/>
          <w:sz w:val="24"/>
          <w:szCs w:val="24"/>
          <w:lang w:val="el-GR" w:eastAsia="el-GR"/>
        </w:rPr>
        <w:t xml:space="preserve">ια </w:t>
      </w:r>
      <w:r w:rsidRPr="00992061">
        <w:rPr>
          <w:rFonts w:ascii="Times New Roman" w:eastAsia="Times New Roman" w:hAnsi="Times New Roman" w:cs="Times New Roman"/>
          <w:sz w:val="24"/>
          <w:szCs w:val="24"/>
          <w:lang w:val="el-GR" w:eastAsia="el-GR"/>
        </w:rPr>
        <w:t>τους νέους, ώστε ο Κύριος να αφυπνίσει στις καρδιές τους πνεύμα γενναιοδωρίας και θάρρους, για να ανταποκριθούν στην ιεραποστολική κλήση και να διακονήσουν το Ευαγγέλιο έως τα πέρατα της γης.</w:t>
      </w:r>
      <w:r w:rsidR="00047AD9" w:rsidRPr="00047AD9">
        <w:rPr>
          <w:rFonts w:ascii="Times New Roman" w:eastAsia="Times New Roman" w:hAnsi="Times New Roman" w:cs="Times New Roman"/>
          <w:sz w:val="24"/>
          <w:szCs w:val="24"/>
          <w:lang w:val="el-GR" w:eastAsia="el-GR"/>
        </w:rPr>
        <w:t xml:space="preserve"> </w:t>
      </w:r>
      <w:r w:rsidR="00047AD9" w:rsidRPr="00992061">
        <w:rPr>
          <w:rFonts w:ascii="Times New Roman" w:eastAsia="Times New Roman" w:hAnsi="Times New Roman" w:cs="Times New Roman"/>
          <w:sz w:val="24"/>
          <w:szCs w:val="24"/>
          <w:lang w:val="el-GR" w:eastAsia="el-GR"/>
        </w:rPr>
        <w:t>Ας προσευχηθούμε</w:t>
      </w:r>
    </w:p>
    <w:p w14:paraId="4627B2BB" w14:textId="6F05BF93" w:rsidR="00992061" w:rsidRPr="00992061" w:rsidRDefault="00992061" w:rsidP="00047AD9">
      <w:pPr>
        <w:spacing w:before="100" w:beforeAutospacing="1" w:after="100" w:afterAutospacing="1" w:line="240" w:lineRule="auto"/>
        <w:outlineLvl w:val="2"/>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7"/>
          <w:szCs w:val="27"/>
          <w:lang w:val="el-GR" w:eastAsia="el-GR"/>
        </w:rPr>
        <w:t>5.</w:t>
      </w:r>
      <w:r w:rsidR="00047AD9">
        <w:rPr>
          <w:rFonts w:ascii="Times New Roman" w:eastAsia="Times New Roman" w:hAnsi="Times New Roman" w:cs="Times New Roman"/>
          <w:b/>
          <w:bCs/>
          <w:sz w:val="27"/>
          <w:szCs w:val="27"/>
          <w:lang w:val="el-GR" w:eastAsia="el-GR"/>
        </w:rPr>
        <w:t xml:space="preserve"> </w:t>
      </w:r>
      <w:r w:rsidR="00047AD9">
        <w:rPr>
          <w:rFonts w:ascii="Times New Roman" w:eastAsia="Times New Roman" w:hAnsi="Times New Roman" w:cs="Times New Roman"/>
          <w:sz w:val="24"/>
          <w:szCs w:val="24"/>
          <w:lang w:val="el-GR" w:eastAsia="el-GR"/>
        </w:rPr>
        <w:t>Γ</w:t>
      </w:r>
      <w:r w:rsidR="00047AD9" w:rsidRPr="00992061">
        <w:rPr>
          <w:rFonts w:ascii="Times New Roman" w:eastAsia="Times New Roman" w:hAnsi="Times New Roman" w:cs="Times New Roman"/>
          <w:sz w:val="24"/>
          <w:szCs w:val="24"/>
          <w:lang w:val="el-GR" w:eastAsia="el-GR"/>
        </w:rPr>
        <w:t xml:space="preserve">ια </w:t>
      </w:r>
      <w:r w:rsidRPr="00992061">
        <w:rPr>
          <w:rFonts w:ascii="Times New Roman" w:eastAsia="Times New Roman" w:hAnsi="Times New Roman" w:cs="Times New Roman"/>
          <w:sz w:val="24"/>
          <w:szCs w:val="24"/>
          <w:lang w:val="el-GR" w:eastAsia="el-GR"/>
        </w:rPr>
        <w:t>όλους όσοι υποφέρουν εξαιτίας του πολέμου, της φτώχειας, των διωγμών και της μοναξιάς, ώστε, μέσα από την εγγύτητα των Χριστιανών και τα έργα της αγάπης, να γνωρίσουν την παρηγοριά και την ελπίδα του Θεού.</w:t>
      </w:r>
      <w:r w:rsidR="00047AD9" w:rsidRPr="00047AD9">
        <w:rPr>
          <w:rFonts w:ascii="Times New Roman" w:eastAsia="Times New Roman" w:hAnsi="Times New Roman" w:cs="Times New Roman"/>
          <w:sz w:val="24"/>
          <w:szCs w:val="24"/>
          <w:lang w:val="el-GR" w:eastAsia="el-GR"/>
        </w:rPr>
        <w:t xml:space="preserve"> </w:t>
      </w:r>
      <w:r w:rsidR="00047AD9" w:rsidRPr="00992061">
        <w:rPr>
          <w:rFonts w:ascii="Times New Roman" w:eastAsia="Times New Roman" w:hAnsi="Times New Roman" w:cs="Times New Roman"/>
          <w:sz w:val="24"/>
          <w:szCs w:val="24"/>
          <w:lang w:val="el-GR" w:eastAsia="el-GR"/>
        </w:rPr>
        <w:t>Ας προσευχηθούμε</w:t>
      </w:r>
    </w:p>
    <w:p w14:paraId="05EF95ED" w14:textId="0F5CB8F5" w:rsidR="00992061" w:rsidRPr="00992061" w:rsidRDefault="00992061" w:rsidP="00047AD9">
      <w:pPr>
        <w:spacing w:before="100" w:beforeAutospacing="1" w:after="100" w:afterAutospacing="1" w:line="240" w:lineRule="auto"/>
        <w:outlineLvl w:val="2"/>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7"/>
          <w:szCs w:val="27"/>
          <w:lang w:val="el-GR" w:eastAsia="el-GR"/>
        </w:rPr>
        <w:t>6.</w:t>
      </w:r>
      <w:r w:rsidR="00047AD9">
        <w:rPr>
          <w:rFonts w:ascii="Times New Roman" w:eastAsia="Times New Roman" w:hAnsi="Times New Roman" w:cs="Times New Roman"/>
          <w:b/>
          <w:bCs/>
          <w:sz w:val="27"/>
          <w:szCs w:val="27"/>
          <w:lang w:val="el-GR" w:eastAsia="el-GR"/>
        </w:rPr>
        <w:t xml:space="preserve"> </w:t>
      </w:r>
      <w:r w:rsidR="00047AD9">
        <w:rPr>
          <w:rFonts w:ascii="Times New Roman" w:eastAsia="Times New Roman" w:hAnsi="Times New Roman" w:cs="Times New Roman"/>
          <w:sz w:val="24"/>
          <w:szCs w:val="24"/>
          <w:lang w:val="el-GR" w:eastAsia="el-GR"/>
        </w:rPr>
        <w:t>Γ</w:t>
      </w:r>
      <w:r w:rsidR="00047AD9" w:rsidRPr="00992061">
        <w:rPr>
          <w:rFonts w:ascii="Times New Roman" w:eastAsia="Times New Roman" w:hAnsi="Times New Roman" w:cs="Times New Roman"/>
          <w:sz w:val="24"/>
          <w:szCs w:val="24"/>
          <w:lang w:val="el-GR" w:eastAsia="el-GR"/>
        </w:rPr>
        <w:t xml:space="preserve">ια </w:t>
      </w:r>
      <w:r w:rsidRPr="00992061">
        <w:rPr>
          <w:rFonts w:ascii="Times New Roman" w:eastAsia="Times New Roman" w:hAnsi="Times New Roman" w:cs="Times New Roman"/>
          <w:sz w:val="24"/>
          <w:szCs w:val="24"/>
          <w:lang w:val="el-GR" w:eastAsia="el-GR"/>
        </w:rPr>
        <w:t>όλους εμάς που είμαστε συγκεντρωμένοι γύρω από την Τράπεζα του Κυρίου, ώστε να γίνουμε ζωντανοί μάρτυρες του Ευαγγελίου και αληθινοί ιεραπόστολοι μέσα στις οικογένειές μας, στις κοινότητές μας και στην καθημερινή μας ζωή.</w:t>
      </w:r>
      <w:r w:rsidR="00047AD9" w:rsidRPr="00047AD9">
        <w:rPr>
          <w:rFonts w:ascii="Times New Roman" w:eastAsia="Times New Roman" w:hAnsi="Times New Roman" w:cs="Times New Roman"/>
          <w:sz w:val="24"/>
          <w:szCs w:val="24"/>
          <w:lang w:val="el-GR" w:eastAsia="el-GR"/>
        </w:rPr>
        <w:t xml:space="preserve"> </w:t>
      </w:r>
      <w:r w:rsidR="00047AD9" w:rsidRPr="00992061">
        <w:rPr>
          <w:rFonts w:ascii="Times New Roman" w:eastAsia="Times New Roman" w:hAnsi="Times New Roman" w:cs="Times New Roman"/>
          <w:sz w:val="24"/>
          <w:szCs w:val="24"/>
          <w:lang w:val="el-GR" w:eastAsia="el-GR"/>
        </w:rPr>
        <w:t>Ας προσευχηθούμε</w:t>
      </w:r>
    </w:p>
    <w:p w14:paraId="59246E9E" w14:textId="77777777" w:rsidR="00992061" w:rsidRPr="00992061" w:rsidRDefault="00992061" w:rsidP="00992061">
      <w:pPr>
        <w:spacing w:before="100" w:beforeAutospacing="1" w:after="100" w:afterAutospacing="1" w:line="240" w:lineRule="auto"/>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4"/>
          <w:szCs w:val="24"/>
          <w:lang w:val="el-GR" w:eastAsia="el-GR"/>
        </w:rPr>
        <w:t>Ιερέας:</w:t>
      </w:r>
      <w:r w:rsidRPr="00992061">
        <w:rPr>
          <w:rFonts w:ascii="Times New Roman" w:eastAsia="Times New Roman" w:hAnsi="Times New Roman" w:cs="Times New Roman"/>
          <w:sz w:val="24"/>
          <w:szCs w:val="24"/>
          <w:lang w:val="el-GR" w:eastAsia="el-GR"/>
        </w:rPr>
        <w:br/>
        <w:t>Θεέ, Πατέρα μας, Εσύ κάλεσες την Εκκλησία σου να είναι σημείο ενότητας και σωτηρίας για όλα τα έθνη. Άκουσε τις προσευχές μας και βοήθησέ μας να παραμένουμε ενωμένοι εν Χριστώ και πιστοί μάρτυρες του Ευαγγελίου μέσα στον κόσμο. Διά του Χριστού, του Κυρίου μας.</w:t>
      </w:r>
    </w:p>
    <w:p w14:paraId="65B47B36" w14:textId="7193E60E" w:rsidR="00992061" w:rsidRPr="00992061" w:rsidRDefault="00992061" w:rsidP="00992061">
      <w:pPr>
        <w:spacing w:before="100" w:beforeAutospacing="1" w:after="100" w:afterAutospacing="1" w:line="240" w:lineRule="auto"/>
        <w:rPr>
          <w:rFonts w:ascii="Times New Roman" w:eastAsia="Times New Roman" w:hAnsi="Times New Roman" w:cs="Times New Roman"/>
          <w:sz w:val="24"/>
          <w:szCs w:val="24"/>
          <w:lang w:val="el-GR" w:eastAsia="el-GR"/>
        </w:rPr>
      </w:pPr>
      <w:r w:rsidRPr="00992061">
        <w:rPr>
          <w:rFonts w:ascii="Times New Roman" w:eastAsia="Times New Roman" w:hAnsi="Times New Roman" w:cs="Times New Roman"/>
          <w:b/>
          <w:bCs/>
          <w:sz w:val="24"/>
          <w:szCs w:val="24"/>
          <w:lang w:val="el-GR" w:eastAsia="el-GR"/>
        </w:rPr>
        <w:t>Αμήν.</w:t>
      </w:r>
    </w:p>
    <w:sectPr w:rsidR="00992061" w:rsidRPr="00992061" w:rsidSect="008F3D8C">
      <w:pgSz w:w="12240" w:h="15840"/>
      <w:pgMar w:top="709" w:right="616"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7569369">
    <w:abstractNumId w:val="8"/>
  </w:num>
  <w:num w:numId="2" w16cid:durableId="1335297913">
    <w:abstractNumId w:val="6"/>
  </w:num>
  <w:num w:numId="3" w16cid:durableId="273174859">
    <w:abstractNumId w:val="5"/>
  </w:num>
  <w:num w:numId="4" w16cid:durableId="1995723203">
    <w:abstractNumId w:val="4"/>
  </w:num>
  <w:num w:numId="5" w16cid:durableId="818111231">
    <w:abstractNumId w:val="7"/>
  </w:num>
  <w:num w:numId="6" w16cid:durableId="1893811263">
    <w:abstractNumId w:val="3"/>
  </w:num>
  <w:num w:numId="7" w16cid:durableId="4552404">
    <w:abstractNumId w:val="2"/>
  </w:num>
  <w:num w:numId="8" w16cid:durableId="247008219">
    <w:abstractNumId w:val="1"/>
  </w:num>
  <w:num w:numId="9" w16cid:durableId="974290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7AD9"/>
    <w:rsid w:val="0006063C"/>
    <w:rsid w:val="000F7109"/>
    <w:rsid w:val="0015074B"/>
    <w:rsid w:val="00227366"/>
    <w:rsid w:val="0029639D"/>
    <w:rsid w:val="002F7168"/>
    <w:rsid w:val="00326F90"/>
    <w:rsid w:val="003C0943"/>
    <w:rsid w:val="004E2E5E"/>
    <w:rsid w:val="00877D4F"/>
    <w:rsid w:val="008F3D8C"/>
    <w:rsid w:val="0091481E"/>
    <w:rsid w:val="00964D05"/>
    <w:rsid w:val="00992061"/>
    <w:rsid w:val="00A17A0E"/>
    <w:rsid w:val="00AA1D8D"/>
    <w:rsid w:val="00B47730"/>
    <w:rsid w:val="00CB0664"/>
    <w:rsid w:val="00FC693F"/>
    <w:rsid w:val="00FD62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74DC76"/>
  <w14:defaultImageDpi w14:val="300"/>
  <w15:docId w15:val="{B88EF770-6341-4133-8CFA-69A09EEE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Web">
    <w:name w:val="Normal (Web)"/>
    <w:basedOn w:val="a1"/>
    <w:uiPriority w:val="99"/>
    <w:semiHidden/>
    <w:unhideWhenUsed/>
    <w:rsid w:val="0099206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673DB-6E1C-415D-942A-75337DE9A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341</Words>
  <Characters>1842</Characters>
  <Application>Microsoft Office Word</Application>
  <DocSecurity>0</DocSecurity>
  <Lines>15</Lines>
  <Paragraphs>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Denis Catechism</cp:lastModifiedBy>
  <cp:revision>10</cp:revision>
  <dcterms:created xsi:type="dcterms:W3CDTF">2026-07-07T07:48:00Z</dcterms:created>
  <dcterms:modified xsi:type="dcterms:W3CDTF">2026-09-17T00:23:00Z</dcterms:modified>
  <cp:category/>
</cp:coreProperties>
</file>